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משפט מורכב – פסוקיות ומילות שעבוד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משפט עיקרי ופסוקית במשפט מורכב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שעבוד ולקשר אותן לסוג הפסוקית (זמן, סיבה, תנאי, ויתור, תכלית)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משפטים מורכבים מגוונים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 – סוגי פסוקיות ומילות שעבוד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תכלית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ויתור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משפט עיקרי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משפט מורכב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הפסוקית תלויה במשפט העיקרי ולא יכולה לעמוד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תפקידה של מילת השעבוד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'אם' פותחת פסוקית תנאי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מילת השעבוד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אף על פי ש-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כאשר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כדי ש-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סוג פסוקית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(כאשר השמש שוקעת)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(כי זה היה חשוב 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(אם תתאמן כל 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(אף על פי שהיה 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(כדי שיצליח במבחן)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ניתוח משפט מורכב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המשפט במלואו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מצאו את מילת השעבוד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הקיפו את הפסוקית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קבעו את סוג הפסוקית (זמן, סיבה, תנאי, ויתור, תכלית)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הוא נשאר בבית כי ירד גשם חזק.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התלמיד/ה כותב/ת 4 משפטים מורכבים תקינים, כל אחד עם פסוקית מסוג שונה ומילת שעבוד מתאימה.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משפט עיקרי + פסוקית אחת לפחות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נכונה: אם / כאשר תנאי מסוים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עם 'אף על פי ש-' ופסוקית תקינה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בזיהוי מילות השעבוד בלוח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משפט אחד מכל סוג פסוקית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אתגר: החלפת מילת שעבוד ובדיקת שינוי המשמעות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משפט מורכב – פסוקיות ומילות שעבוד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במשפט מורכב יש משפט עיקרי ולפחות פסוקית אחת שמחוברת אליו באמצעות מילת שעבוד. בדף זה נתרגל זיהוי וכתיבה של פסוקיות מסוגים שונים.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 – סוגי פסוקיות ומילות שעבוד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מילת שעבוד מתאימה לפסוקית תנאי?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כאשר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על פי ש-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פסוקית שמתחילה ב'כדי ש-' היא פסוקית...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'אף על פי ש-' פותחת פסוקית...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'כאשר' פותחת פסוקית...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במשפט מורכב, החלק שיכול לעמוד בפני עצמו נקרא...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פסוקית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עיקרי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מילת שעבוד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נושא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במשפט מורכב יש משפט עיקרי ולפחות פסוקית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הפסוקית יכולה לעמוד כמשפט שלם בפני עצמה.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השעבוד מחברת בין המשפט העיקרי לפסוקית.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'אם' פותחת פסוקית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מילת השעבוד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ירד גשם חזק, ביטלנו את הטיול.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נצא לטיול __________ מזג האוויר ישתפר.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היה עייף מאוד, הוא המשיך לעבוד.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הוא התקשר אליה __________ הגיע הביתה.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היא למדה קשה __________ תצליח במבחן.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סוג פסוקית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פסוקית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כדי שיצליח במבחן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פסוקית סיבה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אף על פי שהיה 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פסוקית תנאי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כאשר השמש שוקעת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פסוקית ויתור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אם תתאמן כל 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פסוקית תכלית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כי זה היה חשוב 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ניתוח משפט מורכב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הקיפו את הפסוקית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את המשפט במלואו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קבעו את סוג הפסוקית (זמן, סיבה, תנאי, ויתור, תכלית)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מצאו את מילת השעבוד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הפכו שני משפטים פשוטים למשפט מורכב אחד עם פסוקית סיבה.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טקסט קצר של 4 משפטים, כך שבכל משפט פסוקית מסוג אחר (זמן, סיבה, תנאי, ויתור).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משפט מורכב?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שעבוד שפותחת פסוקית תנאי.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מורכב אחד עם פסוקית ויתור.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משפט מורכב – פסוקיות ומילות שעבוד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