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פסוקיות ומילות שעבוד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עיקרי ופסוקית במשפט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שעבוד ולקשר אותן לסוג הפסוקית (זמן, סיבה, תנאי, ויתור, תכלית)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מורכבים 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– סוגי פסוקיות ומילות 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משפט עיקרי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הפסוקית תלויה במשפט העיקרי ולא יכולה לעמוד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תפקידה של מילת השעבוד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'אם' פותחת פסוקית תנאי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השעבוד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אף על פי ש-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כאשר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כדי ש-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פסוקית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(כאשר השמש שוקעת)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(כי זה היה חשוב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(אם תתאמן כל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(אף על פי שהיה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(כדי שיצליח במבחן)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ניתוח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המשפט במלואו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את מילת השעבוד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הקיפו את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קבעו את סוג הפסוקית (זמן, סיבה, תנאי, ויתור, 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הוא נשאר בבית כי ירד גשם חזק.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כותב/ת 4 משפטים מורכבים תקינים, כל אחד עם פסוקית מסוג שונה ומילת שעבוד מתאימה.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משפט עיקרי + פסוקית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נכונה: אם / כאשר תנאי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'אף על פי ש-' ופסוקית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מילות השעבוד בלוח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משפט אחד מכל סוג פסוקית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החלפת מילת שעבוד ובדיקת שינוי המשמעות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פסוקיות ומילות שעבוד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במשפט מורכב יש חלק עיקרי וחלק נוסף שנקרא פסוקית. מילה מיוחדת מחברת ביניהם. נתרגל להכיר את סוגי הפסוקיות.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מורכב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שיש בו משפט עיקרי ולפחות פסוקית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עיקרי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שיכול לעמוד בפני עצמו כמשפט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שתלוי במשפט העיקרי ולא יכול לעמוד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שעבוד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המשפט העיקרי לפסוקית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פסוקית שאומרת מתי קרה המעשה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פסוקית שמסבירה למה קרה המעשה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 תנאי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פסוקית שמציינת תנאי להתרחשות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 ויתור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פסוקית שמציינת דבר שלמרותו קרה המעשה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– סוגי פסוקיות ומילות שעבוד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פותחת פסוקית של תנאי?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כאשר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על פי ש-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סוג הפסוקית שמתחילה ב'כדי ש-'?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פסוקית פותחת המילה 'אף על פי ש-'?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פסוקית פותחת המילה 'כאשר'?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לחלק שיכול לעמוד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פסוקית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עיקרי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שעבוד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מורכב יש משפט עיקרי ולפחות פסוקית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הפסוקית יכולה לעמוד כמשפט שלם בפני עצמה.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השעבוד מחברת בין המשפט העיקרי לפסוקית.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'אם' פותחת פסוקית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השעבוד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ירד גשם חזק, ביטלנו את 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נצא לטיול __________ מזג האוויר ישתפר.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היה עייף מאוד, הוא המשיך לעבוד.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התקשר אליה __________ הגיע הביתה.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למדה קשה __________ תצליח במבחן.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פסוקית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פסוקית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כדי שיצליח במבחן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פסוקית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אף על פי שהיה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פסוקית תנאי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 זה היה חשוב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פסוקית ויתור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כאשר השמש שוקעת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פסוקית תכלית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אם תתאמן כל 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ניתוח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מילת השעבוד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הקיפו את הפסוקית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את סוג הפסוקית (זמן, סיבה, תנאי, ויתור, תכלית)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המשפט במלואו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הפכו שני משפטים פשוטים למשפט מורכב אחד עם פסוקית סיבה.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טקסט קצר של 4 משפטים, כך שבכל משפט פסוקית מסוג אחר (זמן, סיבה, תנאי, ויתור).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משפט מורכב?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שעבוד שפותחת פסוקית תנאי.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מורכב אחד עם פסוקית ויתור.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מורכב – פסוקיות ומילות שעבוד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