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משפט עיקרי ופסוקית במשפט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שעבוד ולקשר אותן לסוג הפסוקית (זמן, סיבה, תנאי, ויתור, תכלית)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מורכבים 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– סוגי פסוקיות ומילות 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תכלית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הפסוקית תלויה במשפט העיקרי ולא יכולה לעמוד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השעבוד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פסוקית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(כאשר השמש שוקעת)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(כי זה היה חשוב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(אם תתאמן כל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(אף על פי שהיה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ניתוח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במלואו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מילת השעבוד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הקיפו את הפסוקית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את סוג הפסוקית (זמן, סיבה, תנאי, ויתור,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הוא נשאר בבית כי ירד גשם חזק.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משפט עיקרי + פסוקית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אם / כאשר תנאי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'אף על פי ש-' ופסוקית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מילות השעבוד בלוח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סוג פסוקית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החלפת מילת שעבוד ובדיקת שינוי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מורכב – פסוקיות ומילות שעבוד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במשפט מורכב יש משפט עיקרי ולפחות פסוקית אחת שמחוברת אליו באמצעות מילת שעבוד. בדף זה נתרגל זיהוי וכתיבה של פסוקיות מסוגים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אם  ·  כי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– סוגי פסוקיות ומילות שעבוד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מילת שעבוד מתאימה לפסוקית תנאי?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פסוקית שמתחילה ב'כדי ש-' היא פסוקית...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במשפט מורכב יש משפט עיקרי ולפחות פסוקית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הפסוקית יכולה לעמוד כמשפט שלם בפני עצמה.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השעבוד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ירד גשם חזק, ביטלנו את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נצא לטיול __________ מזג האוויר ישתפר.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סוג פסוקית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פסוקית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אף על פי שהיה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פסוקית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אם תתאמן 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פסוקית תנאי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כאשר השמש שוקעת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פסוקית ויתור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כי זה היה חשוב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ניתוח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את סוג הפסוקית (זמן, סיבה, תנאי, ויתור, תכלית)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 את המשפט במלואו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מילת השעבוד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הקיפו את הפסוקית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הפכו שני משפטים פשוטים למשפט מורכב אחד עם פסוקית סיבה.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משפט מורכב?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שעבוד שפותחת פסוקית תנאי.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מורכב – פסוקיות ומילות שעבוד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